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8454D" w14:textId="77777777" w:rsidR="00AE0098" w:rsidRDefault="00000000" w:rsidP="00897E0C">
      <w:pPr>
        <w:spacing w:line="240" w:lineRule="auto"/>
        <w:jc w:val="center"/>
      </w:pPr>
      <w:r>
        <w:rPr>
          <w:rFonts w:ascii="Arial" w:hAnsi="Arial"/>
          <w:b/>
          <w:color w:val="64748B"/>
          <w:sz w:val="20"/>
        </w:rPr>
        <w:t>SỞ GD&amp;ĐT TỈNH QUẢNG TRỊ - TRƯỜNG THPT NGUYỄN BỈNH KHIÊM</w:t>
      </w:r>
    </w:p>
    <w:p w14:paraId="79D75CC2" w14:textId="77777777" w:rsidR="00AE0098" w:rsidRDefault="00000000" w:rsidP="00897E0C">
      <w:pPr>
        <w:spacing w:line="240" w:lineRule="auto"/>
        <w:jc w:val="center"/>
      </w:pPr>
      <w:r>
        <w:rPr>
          <w:rFonts w:ascii="Arial" w:hAnsi="Arial"/>
          <w:b/>
          <w:color w:val="0284C7"/>
          <w:sz w:val="32"/>
        </w:rPr>
        <w:t>MẪU ĐỀ KIỂM TRA ĐÁNH GIÁ THƯỜNG XUYÊN (CỘT ĐIỂM TX)</w:t>
      </w:r>
    </w:p>
    <w:p w14:paraId="560E6ABF" w14:textId="77777777" w:rsidR="00AE0098" w:rsidRDefault="00000000" w:rsidP="00897E0C">
      <w:pPr>
        <w:spacing w:line="240" w:lineRule="auto"/>
        <w:jc w:val="center"/>
      </w:pPr>
      <w:r>
        <w:rPr>
          <w:rFonts w:ascii="Arial" w:hAnsi="Arial"/>
          <w:b/>
          <w:color w:val="475569"/>
        </w:rPr>
        <w:t>ÁP DỤNG CHO TẤT CẢ GIÁO VIÊN &amp; CÁC MÔN HỌC (THANG ĐIỂM 10)</w:t>
      </w:r>
    </w:p>
    <w:p w14:paraId="02220D5D" w14:textId="77777777" w:rsidR="00AE0098" w:rsidRDefault="00000000" w:rsidP="00897E0C">
      <w:pPr>
        <w:spacing w:line="240" w:lineRule="auto"/>
      </w:pPr>
      <w:r>
        <w:t>---------------------------------------------------------------------------------------------------</w:t>
      </w:r>
    </w:p>
    <w:p w14:paraId="6F675271" w14:textId="3F3A86BE" w:rsidR="00AE0098" w:rsidRDefault="00000000" w:rsidP="00897E0C">
      <w:pPr>
        <w:spacing w:line="240" w:lineRule="auto"/>
      </w:pPr>
      <w:r>
        <w:rPr>
          <w:b/>
          <w:color w:val="B45309"/>
        </w:rPr>
        <w:t>📌 QUY ĐỊNH CẤU TRÚC VÀ HỆ SỐ ĐIỂM ĐỂ WEB APP TỰ ĐỘNG CHẤM:</w:t>
      </w:r>
      <w:r>
        <w:rPr>
          <w:b/>
          <w:color w:val="B45309"/>
        </w:rPr>
        <w:br/>
      </w:r>
      <w:r>
        <w:t>1. PHẦN I (</w:t>
      </w:r>
      <w:r w:rsidR="00B341E3">
        <w:t>20</w:t>
      </w:r>
      <w:r>
        <w:t xml:space="preserve"> câu trắc nghiệm 4 lựa chọn A,B,C,D): Mỗi câu đúng được 0.</w:t>
      </w:r>
      <w:r w:rsidR="00B341E3">
        <w:t>2</w:t>
      </w:r>
      <w:r w:rsidR="005154FB">
        <w:t>5</w:t>
      </w:r>
      <w:r>
        <w:t xml:space="preserve"> điểm (Tổng </w:t>
      </w:r>
      <w:r w:rsidR="005154FB">
        <w:t>5</w:t>
      </w:r>
      <w:r>
        <w:t>.</w:t>
      </w:r>
      <w:r w:rsidR="005154FB">
        <w:t>0</w:t>
      </w:r>
      <w:r>
        <w:t xml:space="preserve"> điểm).</w:t>
      </w:r>
      <w:r>
        <w:br/>
        <w:t>2. PHẦN II (</w:t>
      </w:r>
      <w:r w:rsidR="005154FB">
        <w:t>2</w:t>
      </w:r>
      <w:r>
        <w:t xml:space="preserve"> câu trắc nghiệm Đúng/Sai): Mỗi câu gồm 4 ý a, b, c, d. Đúng 1 ý: 0.1 đ | Đúng 2 ý: 0.25 đ | Đúng 3 ý: 0.5 đ | Đúng 4 ý: 1.0 đ (Tổng </w:t>
      </w:r>
      <w:r w:rsidR="00B341E3">
        <w:t>2</w:t>
      </w:r>
      <w:r>
        <w:t>.0 điểm).</w:t>
      </w:r>
      <w:r>
        <w:br/>
        <w:t>3. PHẦN III (</w:t>
      </w:r>
      <w:r w:rsidR="005154FB">
        <w:t>3</w:t>
      </w:r>
      <w:r>
        <w:t xml:space="preserve"> câu trả lời ngắn): Mỗi câu đúng được </w:t>
      </w:r>
      <w:r w:rsidR="005154FB">
        <w:t>1</w:t>
      </w:r>
      <w:r>
        <w:t>.</w:t>
      </w:r>
      <w:r w:rsidR="005154FB">
        <w:t>00</w:t>
      </w:r>
      <w:r>
        <w:t xml:space="preserve"> điểm (Tổng </w:t>
      </w:r>
      <w:r w:rsidR="00B341E3">
        <w:t>3</w:t>
      </w:r>
      <w:r>
        <w:t>.</w:t>
      </w:r>
      <w:r w:rsidR="00B341E3">
        <w:t>0</w:t>
      </w:r>
      <w:r>
        <w:t xml:space="preserve"> điểm).</w:t>
      </w:r>
      <w:r>
        <w:br/>
      </w:r>
    </w:p>
    <w:p w14:paraId="5A6FFCAE" w14:textId="6BF204A3" w:rsidR="00BA7DCB" w:rsidRPr="00BA7DCB" w:rsidRDefault="00BA7DCB" w:rsidP="00897E0C">
      <w:pPr>
        <w:spacing w:line="240" w:lineRule="auto"/>
      </w:pPr>
      <w:r w:rsidRPr="00BA7DCB">
        <w:t>Câu 1: Thiết bị nào sau đây là thiết bị vào (Input Device) của máy tính? [Điểm: 0.</w:t>
      </w:r>
      <w:r w:rsidR="00C20A0B">
        <w:t>5</w:t>
      </w:r>
      <w:r w:rsidRPr="00BA7DCB">
        <w:t>]</w:t>
      </w:r>
    </w:p>
    <w:p w14:paraId="153D759B" w14:textId="77777777" w:rsidR="00BA7DCB" w:rsidRPr="00BA7DCB" w:rsidRDefault="00BA7DCB" w:rsidP="00897E0C">
      <w:pPr>
        <w:spacing w:line="240" w:lineRule="auto"/>
      </w:pPr>
      <w:r w:rsidRPr="00BA7DCB">
        <w:t>A. Bàn phím</w:t>
      </w:r>
    </w:p>
    <w:p w14:paraId="71D57F57" w14:textId="77777777" w:rsidR="00BA7DCB" w:rsidRPr="00BA7DCB" w:rsidRDefault="00BA7DCB" w:rsidP="00897E0C">
      <w:pPr>
        <w:spacing w:line="240" w:lineRule="auto"/>
      </w:pPr>
      <w:r w:rsidRPr="00BA7DCB">
        <w:t>B. Màn hình</w:t>
      </w:r>
    </w:p>
    <w:p w14:paraId="26832A1D" w14:textId="77777777" w:rsidR="00BA7DCB" w:rsidRPr="00BA7DCB" w:rsidRDefault="00BA7DCB" w:rsidP="00897E0C">
      <w:pPr>
        <w:spacing w:line="240" w:lineRule="auto"/>
      </w:pPr>
      <w:r w:rsidRPr="00BA7DCB">
        <w:t>C. Loa</w:t>
      </w:r>
    </w:p>
    <w:p w14:paraId="10F3579B" w14:textId="77777777" w:rsidR="00BA7DCB" w:rsidRPr="00BA7DCB" w:rsidRDefault="00BA7DCB" w:rsidP="00897E0C">
      <w:pPr>
        <w:spacing w:line="240" w:lineRule="auto"/>
      </w:pPr>
      <w:r w:rsidRPr="00BA7DCB">
        <w:t>D. Máy in</w:t>
      </w:r>
    </w:p>
    <w:p w14:paraId="62748A35" w14:textId="77777777" w:rsidR="00BA7DCB" w:rsidRPr="00BA7DCB" w:rsidRDefault="00BA7DCB" w:rsidP="00897E0C">
      <w:pPr>
        <w:numPr>
          <w:ilvl w:val="0"/>
          <w:numId w:val="10"/>
        </w:numPr>
        <w:spacing w:line="240" w:lineRule="auto"/>
      </w:pPr>
      <w:r w:rsidRPr="00BA7DCB">
        <w:t>Đáp án đúng: A</w:t>
      </w:r>
    </w:p>
    <w:p w14:paraId="2BE6F63C" w14:textId="6D78533D" w:rsidR="00BA7DCB" w:rsidRPr="00BA7DCB" w:rsidRDefault="00BA7DCB" w:rsidP="00897E0C">
      <w:pPr>
        <w:spacing w:line="240" w:lineRule="auto"/>
      </w:pPr>
      <w:r w:rsidRPr="00BA7DCB">
        <w:t>Câu 2: Thiết bị nào sau đây là thiết bị ra (Output Device) của máy tính? [Điểm: 0.</w:t>
      </w:r>
      <w:r w:rsidR="00C20A0B">
        <w:t>5</w:t>
      </w:r>
      <w:r w:rsidRPr="00BA7DCB">
        <w:t>]</w:t>
      </w:r>
    </w:p>
    <w:p w14:paraId="5681339D" w14:textId="77777777" w:rsidR="00BA7DCB" w:rsidRPr="00BA7DCB" w:rsidRDefault="00BA7DCB" w:rsidP="00897E0C">
      <w:pPr>
        <w:spacing w:line="240" w:lineRule="auto"/>
      </w:pPr>
      <w:r w:rsidRPr="00BA7DCB">
        <w:t>A. Chuột</w:t>
      </w:r>
    </w:p>
    <w:p w14:paraId="35A5E361" w14:textId="77777777" w:rsidR="00BA7DCB" w:rsidRPr="00BA7DCB" w:rsidRDefault="00BA7DCB" w:rsidP="00897E0C">
      <w:pPr>
        <w:spacing w:line="240" w:lineRule="auto"/>
      </w:pPr>
      <w:r w:rsidRPr="00BA7DCB">
        <w:t>B. Máy quét (Scanner)</w:t>
      </w:r>
    </w:p>
    <w:p w14:paraId="3810D5CF" w14:textId="77777777" w:rsidR="00BA7DCB" w:rsidRPr="00BA7DCB" w:rsidRDefault="00BA7DCB" w:rsidP="00897E0C">
      <w:pPr>
        <w:spacing w:line="240" w:lineRule="auto"/>
      </w:pPr>
      <w:r w:rsidRPr="00BA7DCB">
        <w:t>C. Màn hình</w:t>
      </w:r>
    </w:p>
    <w:p w14:paraId="78E72A4E" w14:textId="77777777" w:rsidR="00BA7DCB" w:rsidRPr="00BA7DCB" w:rsidRDefault="00BA7DCB" w:rsidP="00897E0C">
      <w:pPr>
        <w:spacing w:line="240" w:lineRule="auto"/>
      </w:pPr>
      <w:r w:rsidRPr="00BA7DCB">
        <w:t>D. Micro</w:t>
      </w:r>
    </w:p>
    <w:p w14:paraId="574EF6CF" w14:textId="77777777" w:rsidR="00BA7DCB" w:rsidRPr="00BA7DCB" w:rsidRDefault="00BA7DCB" w:rsidP="00897E0C">
      <w:pPr>
        <w:numPr>
          <w:ilvl w:val="0"/>
          <w:numId w:val="11"/>
        </w:numPr>
        <w:spacing w:line="240" w:lineRule="auto"/>
      </w:pPr>
      <w:r w:rsidRPr="00BA7DCB">
        <w:t>Đáp án đúng: C</w:t>
      </w:r>
    </w:p>
    <w:p w14:paraId="0B5F4270" w14:textId="6CD4536E" w:rsidR="00BA7DCB" w:rsidRPr="00BA7DCB" w:rsidRDefault="00BA7DCB" w:rsidP="00897E0C">
      <w:pPr>
        <w:spacing w:line="240" w:lineRule="auto"/>
      </w:pPr>
      <w:r w:rsidRPr="00BA7DCB">
        <w:t>Câu 3: Đơn vị đo dung lượng thông tin cơ bản nhỏ nhất trong máy tính là gì? [Điểm: 0.</w:t>
      </w:r>
      <w:r w:rsidR="00C20A0B">
        <w:t>5</w:t>
      </w:r>
      <w:r w:rsidRPr="00BA7DCB">
        <w:t>]</w:t>
      </w:r>
    </w:p>
    <w:p w14:paraId="608470FE" w14:textId="77777777" w:rsidR="00BA7DCB" w:rsidRPr="00BA7DCB" w:rsidRDefault="00BA7DCB" w:rsidP="00897E0C">
      <w:pPr>
        <w:spacing w:line="240" w:lineRule="auto"/>
      </w:pPr>
      <w:r w:rsidRPr="00BA7DCB">
        <w:t>A. Byte</w:t>
      </w:r>
    </w:p>
    <w:p w14:paraId="53EFA3DA" w14:textId="77777777" w:rsidR="00BA7DCB" w:rsidRPr="00BA7DCB" w:rsidRDefault="00BA7DCB" w:rsidP="00897E0C">
      <w:pPr>
        <w:spacing w:line="240" w:lineRule="auto"/>
      </w:pPr>
      <w:r w:rsidRPr="00BA7DCB">
        <w:t>B. Bit</w:t>
      </w:r>
    </w:p>
    <w:p w14:paraId="2B6DCB65" w14:textId="77777777" w:rsidR="00BA7DCB" w:rsidRPr="00BA7DCB" w:rsidRDefault="00BA7DCB" w:rsidP="00897E0C">
      <w:pPr>
        <w:spacing w:line="240" w:lineRule="auto"/>
      </w:pPr>
      <w:r w:rsidRPr="00BA7DCB">
        <w:t>C. Megabyte</w:t>
      </w:r>
    </w:p>
    <w:p w14:paraId="2E20BC6E" w14:textId="77777777" w:rsidR="00BA7DCB" w:rsidRPr="00BA7DCB" w:rsidRDefault="00BA7DCB" w:rsidP="00897E0C">
      <w:pPr>
        <w:spacing w:line="240" w:lineRule="auto"/>
      </w:pPr>
      <w:r w:rsidRPr="00BA7DCB">
        <w:t>D. Gigabyte</w:t>
      </w:r>
    </w:p>
    <w:p w14:paraId="38E9A087" w14:textId="77777777" w:rsidR="00BA7DCB" w:rsidRPr="00BA7DCB" w:rsidRDefault="00BA7DCB" w:rsidP="00897E0C">
      <w:pPr>
        <w:numPr>
          <w:ilvl w:val="0"/>
          <w:numId w:val="12"/>
        </w:numPr>
        <w:spacing w:line="240" w:lineRule="auto"/>
      </w:pPr>
      <w:r w:rsidRPr="00BA7DCB">
        <w:t>Đáp án đúng: B</w:t>
      </w:r>
    </w:p>
    <w:p w14:paraId="75C02957" w14:textId="73B210A8" w:rsidR="00BA7DCB" w:rsidRPr="00BA7DCB" w:rsidRDefault="00BA7DCB" w:rsidP="00897E0C">
      <w:pPr>
        <w:spacing w:line="240" w:lineRule="auto"/>
      </w:pPr>
      <w:r w:rsidRPr="00BA7DCB">
        <w:t>Câu 4: 1 Kilobyte (KB) tương đương với bao nhiêu Byte? [Điểm: 0.</w:t>
      </w:r>
      <w:r w:rsidR="00C20A0B">
        <w:t>5</w:t>
      </w:r>
      <w:r w:rsidRPr="00BA7DCB">
        <w:t>]</w:t>
      </w:r>
    </w:p>
    <w:p w14:paraId="67FEE7B0" w14:textId="77777777" w:rsidR="00BA7DCB" w:rsidRPr="00BA7DCB" w:rsidRDefault="00BA7DCB" w:rsidP="00897E0C">
      <w:pPr>
        <w:spacing w:line="240" w:lineRule="auto"/>
      </w:pPr>
      <w:r w:rsidRPr="00BA7DCB">
        <w:lastRenderedPageBreak/>
        <w:t>A. 1000 Byte</w:t>
      </w:r>
    </w:p>
    <w:p w14:paraId="390B3928" w14:textId="77777777" w:rsidR="00BA7DCB" w:rsidRPr="00BA7DCB" w:rsidRDefault="00BA7DCB" w:rsidP="00897E0C">
      <w:pPr>
        <w:spacing w:line="240" w:lineRule="auto"/>
      </w:pPr>
      <w:r w:rsidRPr="00BA7DCB">
        <w:t>B. 1024 Byte</w:t>
      </w:r>
    </w:p>
    <w:p w14:paraId="7E9C94C9" w14:textId="77777777" w:rsidR="00BA7DCB" w:rsidRPr="00BA7DCB" w:rsidRDefault="00BA7DCB" w:rsidP="00897E0C">
      <w:pPr>
        <w:spacing w:line="240" w:lineRule="auto"/>
      </w:pPr>
      <w:r w:rsidRPr="00BA7DCB">
        <w:t>C. 1048576 Byte</w:t>
      </w:r>
    </w:p>
    <w:p w14:paraId="5804DA61" w14:textId="77777777" w:rsidR="00BA7DCB" w:rsidRPr="00BA7DCB" w:rsidRDefault="00BA7DCB" w:rsidP="00897E0C">
      <w:pPr>
        <w:spacing w:line="240" w:lineRule="auto"/>
      </w:pPr>
      <w:r w:rsidRPr="00BA7DCB">
        <w:t>D. 512 Byte</w:t>
      </w:r>
    </w:p>
    <w:p w14:paraId="4D3AA2B7" w14:textId="77777777" w:rsidR="00BA7DCB" w:rsidRPr="00BA7DCB" w:rsidRDefault="00BA7DCB" w:rsidP="00897E0C">
      <w:pPr>
        <w:numPr>
          <w:ilvl w:val="0"/>
          <w:numId w:val="13"/>
        </w:numPr>
        <w:spacing w:line="240" w:lineRule="auto"/>
      </w:pPr>
      <w:r w:rsidRPr="00BA7DCB">
        <w:t>Đáp án đúng: B</w:t>
      </w:r>
    </w:p>
    <w:p w14:paraId="5D811A66" w14:textId="5FC7D28A" w:rsidR="00BA7DCB" w:rsidRPr="00BA7DCB" w:rsidRDefault="00BA7DCB" w:rsidP="00897E0C">
      <w:pPr>
        <w:spacing w:line="240" w:lineRule="auto"/>
      </w:pPr>
      <w:r w:rsidRPr="00BA7DCB">
        <w:t>Câu 5: Bộ phận nào sau đây đóng vai trò là "bộ não" điều khiển mọi hoạt động của máy tính? [Điểm: 0.</w:t>
      </w:r>
      <w:r w:rsidR="00C20A0B">
        <w:t>5</w:t>
      </w:r>
      <w:r w:rsidRPr="00BA7DCB">
        <w:t>]</w:t>
      </w:r>
    </w:p>
    <w:p w14:paraId="3CDEA5AE" w14:textId="77777777" w:rsidR="00BA7DCB" w:rsidRPr="00BA7DCB" w:rsidRDefault="00BA7DCB" w:rsidP="00897E0C">
      <w:pPr>
        <w:spacing w:line="240" w:lineRule="auto"/>
      </w:pPr>
      <w:r w:rsidRPr="00BA7DCB">
        <w:t>A. RAM</w:t>
      </w:r>
    </w:p>
    <w:p w14:paraId="4486C9E5" w14:textId="77777777" w:rsidR="00BA7DCB" w:rsidRPr="00BA7DCB" w:rsidRDefault="00BA7DCB" w:rsidP="00897E0C">
      <w:pPr>
        <w:spacing w:line="240" w:lineRule="auto"/>
      </w:pPr>
      <w:r w:rsidRPr="00BA7DCB">
        <w:t>B. Bộ xử lý trung tâm (CPU)</w:t>
      </w:r>
    </w:p>
    <w:p w14:paraId="01FC2D30" w14:textId="77777777" w:rsidR="00BA7DCB" w:rsidRPr="00BA7DCB" w:rsidRDefault="00BA7DCB" w:rsidP="00897E0C">
      <w:pPr>
        <w:spacing w:line="240" w:lineRule="auto"/>
      </w:pPr>
      <w:r w:rsidRPr="00BA7DCB">
        <w:t>C. Ổ cứng SSD</w:t>
      </w:r>
    </w:p>
    <w:p w14:paraId="425E397E" w14:textId="77777777" w:rsidR="00BA7DCB" w:rsidRPr="00BA7DCB" w:rsidRDefault="00BA7DCB" w:rsidP="00897E0C">
      <w:pPr>
        <w:spacing w:line="240" w:lineRule="auto"/>
      </w:pPr>
      <w:r w:rsidRPr="00BA7DCB">
        <w:t>D. Nguồn điện (PSU)</w:t>
      </w:r>
    </w:p>
    <w:p w14:paraId="33D07350" w14:textId="77777777" w:rsidR="00BA7DCB" w:rsidRPr="00BA7DCB" w:rsidRDefault="00BA7DCB" w:rsidP="00897E0C">
      <w:pPr>
        <w:numPr>
          <w:ilvl w:val="0"/>
          <w:numId w:val="14"/>
        </w:numPr>
        <w:spacing w:line="240" w:lineRule="auto"/>
      </w:pPr>
      <w:r w:rsidRPr="00BA7DCB">
        <w:t>Đáp án đúng: B</w:t>
      </w:r>
    </w:p>
    <w:p w14:paraId="5EE49B0D" w14:textId="5A159B15" w:rsidR="00BA7DCB" w:rsidRPr="00BA7DCB" w:rsidRDefault="00BA7DCB" w:rsidP="00897E0C">
      <w:pPr>
        <w:spacing w:line="240" w:lineRule="auto"/>
      </w:pPr>
      <w:r w:rsidRPr="00BA7DCB">
        <w:t>Câu 6: Bộ nhớ nào sau đây sẽ bị mất toàn bộ dữ liệu khi tắt nguồn điện? [Điểm: 0.</w:t>
      </w:r>
      <w:r w:rsidR="00C20A0B">
        <w:t>5</w:t>
      </w:r>
      <w:r w:rsidRPr="00BA7DCB">
        <w:t>]</w:t>
      </w:r>
    </w:p>
    <w:p w14:paraId="031D3D82" w14:textId="77777777" w:rsidR="00BA7DCB" w:rsidRPr="00BA7DCB" w:rsidRDefault="00BA7DCB" w:rsidP="00897E0C">
      <w:pPr>
        <w:spacing w:line="240" w:lineRule="auto"/>
      </w:pPr>
      <w:r w:rsidRPr="00BA7DCB">
        <w:t>A. Ổ cứng HDD</w:t>
      </w:r>
    </w:p>
    <w:p w14:paraId="13CD5A67" w14:textId="77777777" w:rsidR="00BA7DCB" w:rsidRPr="00BA7DCB" w:rsidRDefault="00BA7DCB" w:rsidP="00897E0C">
      <w:pPr>
        <w:spacing w:line="240" w:lineRule="auto"/>
      </w:pPr>
      <w:r w:rsidRPr="00BA7DCB">
        <w:t>B. Bộ nhớ RAM</w:t>
      </w:r>
    </w:p>
    <w:p w14:paraId="4811E169" w14:textId="77777777" w:rsidR="00BA7DCB" w:rsidRPr="00BA7DCB" w:rsidRDefault="00BA7DCB" w:rsidP="00897E0C">
      <w:pPr>
        <w:spacing w:line="240" w:lineRule="auto"/>
      </w:pPr>
      <w:r w:rsidRPr="00BA7DCB">
        <w:t>C. Ổ cứng SSD</w:t>
      </w:r>
    </w:p>
    <w:p w14:paraId="71014844" w14:textId="77777777" w:rsidR="00BA7DCB" w:rsidRPr="00BA7DCB" w:rsidRDefault="00BA7DCB" w:rsidP="00897E0C">
      <w:pPr>
        <w:spacing w:line="240" w:lineRule="auto"/>
      </w:pPr>
      <w:r w:rsidRPr="00BA7DCB">
        <w:t>D. Thẻ nhớ USB</w:t>
      </w:r>
    </w:p>
    <w:p w14:paraId="593E51B6" w14:textId="77777777" w:rsidR="00BA7DCB" w:rsidRPr="00BA7DCB" w:rsidRDefault="00BA7DCB" w:rsidP="00897E0C">
      <w:pPr>
        <w:numPr>
          <w:ilvl w:val="0"/>
          <w:numId w:val="15"/>
        </w:numPr>
        <w:spacing w:line="240" w:lineRule="auto"/>
      </w:pPr>
      <w:r w:rsidRPr="00BA7DCB">
        <w:t>Đáp án đúng: B</w:t>
      </w:r>
    </w:p>
    <w:p w14:paraId="46D19A71" w14:textId="251F6CE5" w:rsidR="00BA7DCB" w:rsidRPr="00BA7DCB" w:rsidRDefault="00BA7DCB" w:rsidP="00897E0C">
      <w:pPr>
        <w:spacing w:line="240" w:lineRule="auto"/>
      </w:pPr>
      <w:r w:rsidRPr="00BA7DCB">
        <w:t>Câu 7: Phần mềm nào sau đây là một hệ điều hành? [Điểm: 0.</w:t>
      </w:r>
      <w:r w:rsidR="00C20A0B">
        <w:t>5</w:t>
      </w:r>
      <w:r w:rsidRPr="00BA7DCB">
        <w:t>]</w:t>
      </w:r>
    </w:p>
    <w:p w14:paraId="721ECD65" w14:textId="77777777" w:rsidR="00BA7DCB" w:rsidRPr="00BA7DCB" w:rsidRDefault="00BA7DCB" w:rsidP="00897E0C">
      <w:pPr>
        <w:spacing w:line="240" w:lineRule="auto"/>
      </w:pPr>
      <w:r w:rsidRPr="00BA7DCB">
        <w:t>A. Microsoft Word</w:t>
      </w:r>
    </w:p>
    <w:p w14:paraId="22BA8E8F" w14:textId="77777777" w:rsidR="00BA7DCB" w:rsidRPr="00BA7DCB" w:rsidRDefault="00BA7DCB" w:rsidP="00897E0C">
      <w:pPr>
        <w:spacing w:line="240" w:lineRule="auto"/>
      </w:pPr>
      <w:r w:rsidRPr="00BA7DCB">
        <w:t>B. Windows 11</w:t>
      </w:r>
    </w:p>
    <w:p w14:paraId="69FBC8F5" w14:textId="77777777" w:rsidR="00BA7DCB" w:rsidRPr="00BA7DCB" w:rsidRDefault="00BA7DCB" w:rsidP="00897E0C">
      <w:pPr>
        <w:spacing w:line="240" w:lineRule="auto"/>
      </w:pPr>
      <w:r w:rsidRPr="00BA7DCB">
        <w:t>C. Google Chrome</w:t>
      </w:r>
    </w:p>
    <w:p w14:paraId="7B594401" w14:textId="77777777" w:rsidR="00BA7DCB" w:rsidRPr="00BA7DCB" w:rsidRDefault="00BA7DCB" w:rsidP="00897E0C">
      <w:pPr>
        <w:spacing w:line="240" w:lineRule="auto"/>
      </w:pPr>
      <w:r w:rsidRPr="00BA7DCB">
        <w:t>D. Scratch</w:t>
      </w:r>
    </w:p>
    <w:p w14:paraId="2A92D4DF" w14:textId="77777777" w:rsidR="00BA7DCB" w:rsidRPr="00BA7DCB" w:rsidRDefault="00BA7DCB" w:rsidP="00897E0C">
      <w:pPr>
        <w:numPr>
          <w:ilvl w:val="0"/>
          <w:numId w:val="16"/>
        </w:numPr>
        <w:spacing w:line="240" w:lineRule="auto"/>
      </w:pPr>
      <w:r w:rsidRPr="00BA7DCB">
        <w:t>Đáp án đúng: B</w:t>
      </w:r>
    </w:p>
    <w:p w14:paraId="5DFD4840" w14:textId="648DB705" w:rsidR="00BA7DCB" w:rsidRPr="00BA7DCB" w:rsidRDefault="00BA7DCB" w:rsidP="00897E0C">
      <w:pPr>
        <w:spacing w:line="240" w:lineRule="auto"/>
      </w:pPr>
      <w:r w:rsidRPr="00BA7DCB">
        <w:t>Câu 8: Phần mềm nào sau đây là trình duyệt web dùng để truy cập Internet? [Điểm: 0.</w:t>
      </w:r>
      <w:r w:rsidR="00C20A0B">
        <w:t>5</w:t>
      </w:r>
      <w:r w:rsidRPr="00BA7DCB">
        <w:t>]</w:t>
      </w:r>
    </w:p>
    <w:p w14:paraId="58C9A5E7" w14:textId="77777777" w:rsidR="00BA7DCB" w:rsidRPr="00BA7DCB" w:rsidRDefault="00BA7DCB" w:rsidP="00897E0C">
      <w:pPr>
        <w:spacing w:line="240" w:lineRule="auto"/>
      </w:pPr>
      <w:r w:rsidRPr="00BA7DCB">
        <w:t>A. Google Chrome</w:t>
      </w:r>
    </w:p>
    <w:p w14:paraId="4AEE62EA" w14:textId="77777777" w:rsidR="00BA7DCB" w:rsidRPr="00BA7DCB" w:rsidRDefault="00BA7DCB" w:rsidP="00897E0C">
      <w:pPr>
        <w:spacing w:line="240" w:lineRule="auto"/>
      </w:pPr>
      <w:r w:rsidRPr="00BA7DCB">
        <w:t>B. Photoshop</w:t>
      </w:r>
    </w:p>
    <w:p w14:paraId="3655763D" w14:textId="77777777" w:rsidR="00BA7DCB" w:rsidRPr="00BA7DCB" w:rsidRDefault="00BA7DCB" w:rsidP="00897E0C">
      <w:pPr>
        <w:spacing w:line="240" w:lineRule="auto"/>
      </w:pPr>
      <w:r w:rsidRPr="00BA7DCB">
        <w:t>C. Excel</w:t>
      </w:r>
    </w:p>
    <w:p w14:paraId="07A5C3BA" w14:textId="77777777" w:rsidR="00BA7DCB" w:rsidRPr="00BA7DCB" w:rsidRDefault="00BA7DCB" w:rsidP="00897E0C">
      <w:pPr>
        <w:spacing w:line="240" w:lineRule="auto"/>
      </w:pPr>
      <w:r w:rsidRPr="00BA7DCB">
        <w:t>D. Powerpoint</w:t>
      </w:r>
    </w:p>
    <w:p w14:paraId="7D526792" w14:textId="77777777" w:rsidR="00BA7DCB" w:rsidRPr="00BA7DCB" w:rsidRDefault="00BA7DCB" w:rsidP="00897E0C">
      <w:pPr>
        <w:numPr>
          <w:ilvl w:val="0"/>
          <w:numId w:val="17"/>
        </w:numPr>
        <w:spacing w:line="240" w:lineRule="auto"/>
      </w:pPr>
      <w:r w:rsidRPr="00BA7DCB">
        <w:lastRenderedPageBreak/>
        <w:t>Đáp án đúng: A</w:t>
      </w:r>
    </w:p>
    <w:p w14:paraId="5D5C444C" w14:textId="64ED0CAF" w:rsidR="00BA7DCB" w:rsidRPr="00BA7DCB" w:rsidRDefault="00BA7DCB" w:rsidP="00897E0C">
      <w:pPr>
        <w:spacing w:line="240" w:lineRule="auto"/>
      </w:pPr>
      <w:r w:rsidRPr="00BA7DCB">
        <w:t>Câu 9: Mạng Internet là gì? [Điểm: 0.5]</w:t>
      </w:r>
    </w:p>
    <w:p w14:paraId="37B505FB" w14:textId="77777777" w:rsidR="00BA7DCB" w:rsidRPr="00BA7DCB" w:rsidRDefault="00BA7DCB" w:rsidP="00897E0C">
      <w:pPr>
        <w:spacing w:line="240" w:lineRule="auto"/>
      </w:pPr>
      <w:r w:rsidRPr="00BA7DCB">
        <w:t>A. Mạng kết nối các máy tính trong một phòng học</w:t>
      </w:r>
    </w:p>
    <w:p w14:paraId="36B33704" w14:textId="77777777" w:rsidR="00BA7DCB" w:rsidRPr="00BA7DCB" w:rsidRDefault="00BA7DCB" w:rsidP="00897E0C">
      <w:pPr>
        <w:spacing w:line="240" w:lineRule="auto"/>
      </w:pPr>
      <w:r w:rsidRPr="00BA7DCB">
        <w:t>B. Mạng máy tính toàn cầu kết nối hàng triệu thiết bị</w:t>
      </w:r>
    </w:p>
    <w:p w14:paraId="14525D36" w14:textId="77777777" w:rsidR="00BA7DCB" w:rsidRPr="00BA7DCB" w:rsidRDefault="00BA7DCB" w:rsidP="00897E0C">
      <w:pPr>
        <w:spacing w:line="240" w:lineRule="auto"/>
      </w:pPr>
      <w:r w:rsidRPr="00BA7DCB">
        <w:t>C. Một trang web chứa thông tin văn bản</w:t>
      </w:r>
    </w:p>
    <w:p w14:paraId="36CEA268" w14:textId="77777777" w:rsidR="00BA7DCB" w:rsidRPr="00BA7DCB" w:rsidRDefault="00BA7DCB" w:rsidP="00897E0C">
      <w:pPr>
        <w:spacing w:line="240" w:lineRule="auto"/>
      </w:pPr>
      <w:r w:rsidRPr="00BA7DCB">
        <w:t>D. Phần mềm soạn thảo văn bản trực tuyến</w:t>
      </w:r>
    </w:p>
    <w:p w14:paraId="303935B1" w14:textId="77777777" w:rsidR="00BA7DCB" w:rsidRPr="00BA7DCB" w:rsidRDefault="00BA7DCB" w:rsidP="00897E0C">
      <w:pPr>
        <w:numPr>
          <w:ilvl w:val="0"/>
          <w:numId w:val="18"/>
        </w:numPr>
        <w:spacing w:line="240" w:lineRule="auto"/>
      </w:pPr>
      <w:r w:rsidRPr="00BA7DCB">
        <w:t>Đáp án đúng: B</w:t>
      </w:r>
    </w:p>
    <w:p w14:paraId="1DCD8CD6" w14:textId="750C80F2" w:rsidR="00BA7DCB" w:rsidRPr="00BA7DCB" w:rsidRDefault="00BA7DCB" w:rsidP="00897E0C">
      <w:pPr>
        <w:spacing w:line="240" w:lineRule="auto"/>
      </w:pPr>
      <w:r w:rsidRPr="00BA7DCB">
        <w:t>Câu 10: Mật khẩu nào sau đây được coi là có độ bảo mật mạnh nhất? [Điểm: 0.5]</w:t>
      </w:r>
    </w:p>
    <w:p w14:paraId="71A0B6CB" w14:textId="77777777" w:rsidR="00BA7DCB" w:rsidRPr="00BA7DCB" w:rsidRDefault="00BA7DCB" w:rsidP="00897E0C">
      <w:pPr>
        <w:spacing w:line="240" w:lineRule="auto"/>
      </w:pPr>
      <w:r w:rsidRPr="00BA7DCB">
        <w:t>A. 12345678</w:t>
      </w:r>
    </w:p>
    <w:p w14:paraId="3D918DC5" w14:textId="77777777" w:rsidR="00BA7DCB" w:rsidRPr="00BA7DCB" w:rsidRDefault="00BA7DCB" w:rsidP="00897E0C">
      <w:pPr>
        <w:spacing w:line="240" w:lineRule="auto"/>
      </w:pPr>
      <w:r w:rsidRPr="00BA7DCB">
        <w:t>B. nguyenvanA</w:t>
      </w:r>
    </w:p>
    <w:p w14:paraId="13F89A82" w14:textId="77777777" w:rsidR="00BA7DCB" w:rsidRPr="00BA7DCB" w:rsidRDefault="00BA7DCB" w:rsidP="00897E0C">
      <w:pPr>
        <w:spacing w:line="240" w:lineRule="auto"/>
      </w:pPr>
      <w:r w:rsidRPr="00BA7DCB">
        <w:t>C. Nbk@2026!Ht</w:t>
      </w:r>
    </w:p>
    <w:p w14:paraId="434C1BD5" w14:textId="77777777" w:rsidR="00BA7DCB" w:rsidRPr="00BA7DCB" w:rsidRDefault="00BA7DCB" w:rsidP="00897E0C">
      <w:pPr>
        <w:spacing w:line="240" w:lineRule="auto"/>
      </w:pPr>
      <w:r w:rsidRPr="00BA7DCB">
        <w:t>D. abcdefgh</w:t>
      </w:r>
    </w:p>
    <w:p w14:paraId="59D49378" w14:textId="77777777" w:rsidR="00BA7DCB" w:rsidRPr="00BA7DCB" w:rsidRDefault="00BA7DCB" w:rsidP="00897E0C">
      <w:pPr>
        <w:numPr>
          <w:ilvl w:val="0"/>
          <w:numId w:val="19"/>
        </w:numPr>
        <w:spacing w:line="240" w:lineRule="auto"/>
      </w:pPr>
      <w:r w:rsidRPr="00BA7DCB">
        <w:t>Đáp án đúng: C</w:t>
      </w:r>
    </w:p>
    <w:p w14:paraId="0932C706" w14:textId="77777777" w:rsidR="00BA7DCB" w:rsidRPr="00BA7DCB" w:rsidRDefault="00BA7DCB" w:rsidP="00897E0C">
      <w:pPr>
        <w:spacing w:line="240" w:lineRule="auto"/>
        <w:rPr>
          <w:b/>
          <w:bCs/>
        </w:rPr>
      </w:pPr>
      <w:r w:rsidRPr="00BA7DCB">
        <w:rPr>
          <w:b/>
          <w:bCs/>
        </w:rPr>
        <w:t>PHẦN II. Câu trắc nghiệm Đúng/Sai (4 câu - [Điểm: 1.0đ/câu])</w:t>
      </w:r>
    </w:p>
    <w:p w14:paraId="7C09DE22" w14:textId="77777777" w:rsidR="00BA7DCB" w:rsidRPr="00BA7DCB" w:rsidRDefault="00BA7DCB" w:rsidP="00897E0C">
      <w:pPr>
        <w:spacing w:line="240" w:lineRule="auto"/>
      </w:pPr>
      <w:r w:rsidRPr="00BA7DCB">
        <w:t>Câu 1: Xét tính Đúng/Sai của các phát biểu về thiết bị phần cứng máy tính:</w:t>
      </w:r>
    </w:p>
    <w:p w14:paraId="219BBDF5" w14:textId="77777777" w:rsidR="00BA7DCB" w:rsidRPr="00BA7DCB" w:rsidRDefault="00BA7DCB" w:rsidP="00897E0C">
      <w:pPr>
        <w:spacing w:line="240" w:lineRule="auto"/>
      </w:pPr>
      <w:r w:rsidRPr="00BA7DCB">
        <w:t>a) RAM là bộ nhớ ngoài dùng để lưu trữ dữ liệu vĩnh viễn kể cả khi mất điện -&gt; SAI</w:t>
      </w:r>
    </w:p>
    <w:p w14:paraId="6ED3205D" w14:textId="77777777" w:rsidR="00BA7DCB" w:rsidRPr="00BA7DCB" w:rsidRDefault="00BA7DCB" w:rsidP="00897E0C">
      <w:pPr>
        <w:spacing w:line="240" w:lineRule="auto"/>
      </w:pPr>
      <w:r w:rsidRPr="00BA7DCB">
        <w:t>b) Ổ đĩa cứng (SSD/HDD) lưu trữ hệ điều hành và các phần mềm cài đặt -&gt; ĐÚNG</w:t>
      </w:r>
    </w:p>
    <w:p w14:paraId="348D911D" w14:textId="77777777" w:rsidR="00BA7DCB" w:rsidRPr="00BA7DCB" w:rsidRDefault="00BA7DCB" w:rsidP="00897E0C">
      <w:pPr>
        <w:spacing w:line="240" w:lineRule="auto"/>
      </w:pPr>
      <w:r w:rsidRPr="00BA7DCB">
        <w:t>c) Màn hình cảm ứng vừa đóng vai trò là thiết bị vào vừa là thiết bị ra -&gt; ĐÚNG</w:t>
      </w:r>
    </w:p>
    <w:p w14:paraId="3604CCCB" w14:textId="77777777" w:rsidR="00BA7DCB" w:rsidRPr="00BA7DCB" w:rsidRDefault="00BA7DCB" w:rsidP="00897E0C">
      <w:pPr>
        <w:spacing w:line="240" w:lineRule="auto"/>
      </w:pPr>
      <w:r w:rsidRPr="00BA7DCB">
        <w:t>d) Máy in là thiết bị vào dùng để thu nhận hình ảnh vào máy tính -&gt; SAI</w:t>
      </w:r>
    </w:p>
    <w:p w14:paraId="7131579E" w14:textId="77777777" w:rsidR="00BA7DCB" w:rsidRPr="00BA7DCB" w:rsidRDefault="00BA7DCB" w:rsidP="00897E0C">
      <w:pPr>
        <w:spacing w:line="240" w:lineRule="auto"/>
      </w:pPr>
      <w:r w:rsidRPr="00BA7DCB">
        <w:t>Câu 2: Xét tính Đúng/Sai của các phát biểu về an toàn thông tin và bảo mật:</w:t>
      </w:r>
    </w:p>
    <w:p w14:paraId="0CFB3A5E" w14:textId="77777777" w:rsidR="00BA7DCB" w:rsidRPr="00BA7DCB" w:rsidRDefault="00BA7DCB" w:rsidP="00897E0C">
      <w:pPr>
        <w:spacing w:line="240" w:lineRule="auto"/>
      </w:pPr>
      <w:r w:rsidRPr="00BA7DCB">
        <w:t>a) Đặt mật khẩu trùng với ngày tháng năm sinh là cách đặt mật khẩu an toàn -&gt; SAI</w:t>
      </w:r>
    </w:p>
    <w:p w14:paraId="1CFAE644" w14:textId="77777777" w:rsidR="00BA7DCB" w:rsidRPr="00BA7DCB" w:rsidRDefault="00BA7DCB" w:rsidP="00897E0C">
      <w:pPr>
        <w:spacing w:line="240" w:lineRule="auto"/>
      </w:pPr>
      <w:r w:rsidRPr="00BA7DCB">
        <w:t>b) Không nên bấm vào các đường link lạ được gửi từ người không quen biết -&gt; ĐÚNG</w:t>
      </w:r>
    </w:p>
    <w:p w14:paraId="6060886E" w14:textId="77777777" w:rsidR="00BA7DCB" w:rsidRPr="00BA7DCB" w:rsidRDefault="00BA7DCB" w:rsidP="00897E0C">
      <w:pPr>
        <w:spacing w:line="240" w:lineRule="auto"/>
      </w:pPr>
      <w:r w:rsidRPr="00BA7DCB">
        <w:t>c) Bật tính năng xác thực hai yếu tố (2FA) giúp tăng cường bảo mật tài khoản -&gt; ĐÚNG</w:t>
      </w:r>
    </w:p>
    <w:p w14:paraId="725ED9F8" w14:textId="77777777" w:rsidR="00BA7DCB" w:rsidRPr="00BA7DCB" w:rsidRDefault="00BA7DCB" w:rsidP="00897E0C">
      <w:pPr>
        <w:spacing w:line="240" w:lineRule="auto"/>
      </w:pPr>
      <w:r w:rsidRPr="00BA7DCB">
        <w:t>d) Phần mềm diệt virus có thể tự động ngăn chặn tuyệt đối 100% mọi rủi ro trên mạng mà người dùng không cần cảnh giác -&gt; SAI</w:t>
      </w:r>
    </w:p>
    <w:p w14:paraId="4EB64529" w14:textId="1B7C8423" w:rsidR="00BA7DCB" w:rsidRPr="00BA7DCB" w:rsidRDefault="00BA7DCB" w:rsidP="00897E0C">
      <w:pPr>
        <w:spacing w:line="240" w:lineRule="auto"/>
        <w:rPr>
          <w:b/>
          <w:bCs/>
        </w:rPr>
      </w:pPr>
      <w:r w:rsidRPr="00BA7DCB">
        <w:rPr>
          <w:b/>
          <w:bCs/>
        </w:rPr>
        <w:t xml:space="preserve">PHẦN III. Câu trắc nghiệm trả lời ngắn (6 câu - [Điểm: </w:t>
      </w:r>
      <w:r w:rsidR="00C20A0B">
        <w:rPr>
          <w:b/>
          <w:bCs/>
        </w:rPr>
        <w:t>1</w:t>
      </w:r>
      <w:r w:rsidRPr="00BA7DCB">
        <w:rPr>
          <w:b/>
          <w:bCs/>
        </w:rPr>
        <w:t>.</w:t>
      </w:r>
      <w:r w:rsidR="00C20A0B">
        <w:rPr>
          <w:b/>
          <w:bCs/>
        </w:rPr>
        <w:t>00</w:t>
      </w:r>
      <w:r w:rsidRPr="00BA7DCB">
        <w:rPr>
          <w:b/>
          <w:bCs/>
        </w:rPr>
        <w:t>đ/câu])</w:t>
      </w:r>
    </w:p>
    <w:p w14:paraId="41880565" w14:textId="3CBE4F0D" w:rsidR="00BA7DCB" w:rsidRPr="00BA7DCB" w:rsidRDefault="00BA7DCB" w:rsidP="00897E0C">
      <w:pPr>
        <w:spacing w:line="240" w:lineRule="auto"/>
      </w:pPr>
      <w:r w:rsidRPr="00BA7DCB">
        <w:t xml:space="preserve">Câu 1: Viết tên viết tắt (gồm 3 chữ cái tiếng Anh) của bộ vi xử lý trung tâm máy tính? [Điểm: </w:t>
      </w:r>
      <w:r w:rsidR="00C20A0B">
        <w:t>1</w:t>
      </w:r>
      <w:r w:rsidRPr="00BA7DCB">
        <w:t>.</w:t>
      </w:r>
      <w:r w:rsidR="00C20A0B">
        <w:t>00</w:t>
      </w:r>
      <w:r w:rsidRPr="00BA7DCB">
        <w:t>]</w:t>
      </w:r>
    </w:p>
    <w:p w14:paraId="1A43C2D1" w14:textId="77777777" w:rsidR="00BA7DCB" w:rsidRPr="00BA7DCB" w:rsidRDefault="00BA7DCB" w:rsidP="00897E0C">
      <w:pPr>
        <w:numPr>
          <w:ilvl w:val="0"/>
          <w:numId w:val="28"/>
        </w:numPr>
        <w:spacing w:line="240" w:lineRule="auto"/>
      </w:pPr>
      <w:r w:rsidRPr="00BA7DCB">
        <w:t>Đáp án: CPU</w:t>
      </w:r>
    </w:p>
    <w:p w14:paraId="34959E93" w14:textId="7ED97CE0" w:rsidR="00BA7DCB" w:rsidRPr="00BA7DCB" w:rsidRDefault="00BA7DCB" w:rsidP="00897E0C">
      <w:pPr>
        <w:spacing w:line="240" w:lineRule="auto"/>
      </w:pPr>
      <w:r w:rsidRPr="00BA7DCB">
        <w:lastRenderedPageBreak/>
        <w:t xml:space="preserve">Câu 2: Bộ nhớ lưu trữ dữ liệu tạm thời trong máy tính sẽ bị xoá sạch khi tắt điện có tên viết tắt tiếng Anh là gì (gồm 3 chữ cái)? [Điểm: </w:t>
      </w:r>
      <w:r w:rsidR="00C20A0B">
        <w:t>1</w:t>
      </w:r>
      <w:r w:rsidR="00C20A0B" w:rsidRPr="00BA7DCB">
        <w:t>.</w:t>
      </w:r>
      <w:r w:rsidR="00C20A0B">
        <w:t>00</w:t>
      </w:r>
      <w:r w:rsidRPr="00BA7DCB">
        <w:t>]</w:t>
      </w:r>
    </w:p>
    <w:p w14:paraId="6AF12E4A" w14:textId="77777777" w:rsidR="00BA7DCB" w:rsidRPr="00BA7DCB" w:rsidRDefault="00BA7DCB" w:rsidP="00897E0C">
      <w:pPr>
        <w:numPr>
          <w:ilvl w:val="0"/>
          <w:numId w:val="29"/>
        </w:numPr>
        <w:spacing w:line="240" w:lineRule="auto"/>
      </w:pPr>
      <w:r w:rsidRPr="00BA7DCB">
        <w:t>Đáp án: RAM</w:t>
      </w:r>
    </w:p>
    <w:p w14:paraId="4189B243" w14:textId="0FBFE116" w:rsidR="00BA7DCB" w:rsidRPr="00BA7DCB" w:rsidRDefault="00BA7DCB" w:rsidP="00897E0C">
      <w:pPr>
        <w:spacing w:line="240" w:lineRule="auto"/>
      </w:pPr>
      <w:r w:rsidRPr="00BA7DCB">
        <w:t xml:space="preserve">Câu 3: Một Byte (1 B) gồm bao nhiêu bit ghép lại? [Điểm: </w:t>
      </w:r>
      <w:r w:rsidR="00C20A0B">
        <w:t>1</w:t>
      </w:r>
      <w:r w:rsidR="00C20A0B" w:rsidRPr="00BA7DCB">
        <w:t>.</w:t>
      </w:r>
      <w:r w:rsidR="00C20A0B">
        <w:t>00</w:t>
      </w:r>
      <w:r w:rsidRPr="00BA7DCB">
        <w:t>]</w:t>
      </w:r>
    </w:p>
    <w:p w14:paraId="5A888509" w14:textId="77777777" w:rsidR="00BA7DCB" w:rsidRPr="00BA7DCB" w:rsidRDefault="00BA7DCB" w:rsidP="00897E0C">
      <w:pPr>
        <w:numPr>
          <w:ilvl w:val="0"/>
          <w:numId w:val="30"/>
        </w:numPr>
        <w:spacing w:line="240" w:lineRule="auto"/>
      </w:pPr>
      <w:r w:rsidRPr="00BA7DCB">
        <w:t>Đáp án: 8</w:t>
      </w:r>
    </w:p>
    <w:p w14:paraId="0651F5E4" w14:textId="299163BF" w:rsidR="00AE0098" w:rsidRDefault="00AE0098" w:rsidP="00897E0C">
      <w:pPr>
        <w:spacing w:line="240" w:lineRule="auto"/>
      </w:pPr>
    </w:p>
    <w:sectPr w:rsidR="00AE009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20500000000000000"/>
    <w:charset w:val="00"/>
    <w:family w:val="roman"/>
    <w:pitch w:val="variable"/>
    <w:sig w:usb0="20000A87" w:usb1="08000000" w:usb2="00000008" w:usb3="00000000" w:csb0="000001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D6F7C71"/>
    <w:multiLevelType w:val="multilevel"/>
    <w:tmpl w:val="AD204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DB223F"/>
    <w:multiLevelType w:val="multilevel"/>
    <w:tmpl w:val="28A24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B23371B"/>
    <w:multiLevelType w:val="multilevel"/>
    <w:tmpl w:val="AACE3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6F10A5"/>
    <w:multiLevelType w:val="multilevel"/>
    <w:tmpl w:val="5A76C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BB45C8"/>
    <w:multiLevelType w:val="multilevel"/>
    <w:tmpl w:val="AF2A5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B5212F3"/>
    <w:multiLevelType w:val="multilevel"/>
    <w:tmpl w:val="4D984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016B96"/>
    <w:multiLevelType w:val="multilevel"/>
    <w:tmpl w:val="6ABC3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4752F6"/>
    <w:multiLevelType w:val="multilevel"/>
    <w:tmpl w:val="C9185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00D24EF"/>
    <w:multiLevelType w:val="multilevel"/>
    <w:tmpl w:val="5CD0E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3F15AA2"/>
    <w:multiLevelType w:val="multilevel"/>
    <w:tmpl w:val="86142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4EE4754"/>
    <w:multiLevelType w:val="multilevel"/>
    <w:tmpl w:val="68B2F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78E00CD"/>
    <w:multiLevelType w:val="multilevel"/>
    <w:tmpl w:val="AC640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8075F8"/>
    <w:multiLevelType w:val="multilevel"/>
    <w:tmpl w:val="F7BC8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024CA3"/>
    <w:multiLevelType w:val="multilevel"/>
    <w:tmpl w:val="BF76B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BC174F2"/>
    <w:multiLevelType w:val="multilevel"/>
    <w:tmpl w:val="7C509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FF1264E"/>
    <w:multiLevelType w:val="multilevel"/>
    <w:tmpl w:val="7B40B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6CB6AB0"/>
    <w:multiLevelType w:val="multilevel"/>
    <w:tmpl w:val="4364B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6FA02AA"/>
    <w:multiLevelType w:val="multilevel"/>
    <w:tmpl w:val="E6A4E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7A51052"/>
    <w:multiLevelType w:val="multilevel"/>
    <w:tmpl w:val="941ED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0F3572"/>
    <w:multiLevelType w:val="multilevel"/>
    <w:tmpl w:val="1BE6C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7E15F9D"/>
    <w:multiLevelType w:val="multilevel"/>
    <w:tmpl w:val="84A64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A3A7B0D"/>
    <w:multiLevelType w:val="multilevel"/>
    <w:tmpl w:val="E0665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D3D0701"/>
    <w:multiLevelType w:val="multilevel"/>
    <w:tmpl w:val="9F949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59B1396"/>
    <w:multiLevelType w:val="multilevel"/>
    <w:tmpl w:val="351AA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4555523">
    <w:abstractNumId w:val="8"/>
  </w:num>
  <w:num w:numId="2" w16cid:durableId="389959898">
    <w:abstractNumId w:val="6"/>
  </w:num>
  <w:num w:numId="3" w16cid:durableId="632367815">
    <w:abstractNumId w:val="5"/>
  </w:num>
  <w:num w:numId="4" w16cid:durableId="520170355">
    <w:abstractNumId w:val="4"/>
  </w:num>
  <w:num w:numId="5" w16cid:durableId="2064713550">
    <w:abstractNumId w:val="7"/>
  </w:num>
  <w:num w:numId="6" w16cid:durableId="1971746811">
    <w:abstractNumId w:val="3"/>
  </w:num>
  <w:num w:numId="7" w16cid:durableId="611519403">
    <w:abstractNumId w:val="2"/>
  </w:num>
  <w:num w:numId="8" w16cid:durableId="152836264">
    <w:abstractNumId w:val="1"/>
  </w:num>
  <w:num w:numId="9" w16cid:durableId="1201743639">
    <w:abstractNumId w:val="0"/>
  </w:num>
  <w:num w:numId="10" w16cid:durableId="735053057">
    <w:abstractNumId w:val="15"/>
  </w:num>
  <w:num w:numId="11" w16cid:durableId="581260532">
    <w:abstractNumId w:val="14"/>
  </w:num>
  <w:num w:numId="12" w16cid:durableId="1831434839">
    <w:abstractNumId w:val="27"/>
  </w:num>
  <w:num w:numId="13" w16cid:durableId="1489977093">
    <w:abstractNumId w:val="19"/>
  </w:num>
  <w:num w:numId="14" w16cid:durableId="539513291">
    <w:abstractNumId w:val="25"/>
  </w:num>
  <w:num w:numId="15" w16cid:durableId="1831410565">
    <w:abstractNumId w:val="11"/>
  </w:num>
  <w:num w:numId="16" w16cid:durableId="899826278">
    <w:abstractNumId w:val="30"/>
  </w:num>
  <w:num w:numId="17" w16cid:durableId="790592941">
    <w:abstractNumId w:val="9"/>
  </w:num>
  <w:num w:numId="18" w16cid:durableId="1701735347">
    <w:abstractNumId w:val="10"/>
  </w:num>
  <w:num w:numId="19" w16cid:durableId="948901824">
    <w:abstractNumId w:val="32"/>
  </w:num>
  <w:num w:numId="20" w16cid:durableId="2107143334">
    <w:abstractNumId w:val="23"/>
  </w:num>
  <w:num w:numId="21" w16cid:durableId="1854760834">
    <w:abstractNumId w:val="29"/>
  </w:num>
  <w:num w:numId="22" w16cid:durableId="409431305">
    <w:abstractNumId w:val="21"/>
  </w:num>
  <w:num w:numId="23" w16cid:durableId="1487820486">
    <w:abstractNumId w:val="20"/>
  </w:num>
  <w:num w:numId="24" w16cid:durableId="1407418140">
    <w:abstractNumId w:val="16"/>
  </w:num>
  <w:num w:numId="25" w16cid:durableId="1128932244">
    <w:abstractNumId w:val="17"/>
  </w:num>
  <w:num w:numId="26" w16cid:durableId="758448416">
    <w:abstractNumId w:val="13"/>
  </w:num>
  <w:num w:numId="27" w16cid:durableId="1414161763">
    <w:abstractNumId w:val="22"/>
  </w:num>
  <w:num w:numId="28" w16cid:durableId="2045670159">
    <w:abstractNumId w:val="24"/>
  </w:num>
  <w:num w:numId="29" w16cid:durableId="1117795355">
    <w:abstractNumId w:val="26"/>
  </w:num>
  <w:num w:numId="30" w16cid:durableId="1683120395">
    <w:abstractNumId w:val="18"/>
  </w:num>
  <w:num w:numId="31" w16cid:durableId="1225608523">
    <w:abstractNumId w:val="12"/>
  </w:num>
  <w:num w:numId="32" w16cid:durableId="683821106">
    <w:abstractNumId w:val="31"/>
  </w:num>
  <w:num w:numId="33" w16cid:durableId="32343929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47270"/>
    <w:rsid w:val="005154FB"/>
    <w:rsid w:val="006305F4"/>
    <w:rsid w:val="00657758"/>
    <w:rsid w:val="0082764C"/>
    <w:rsid w:val="00850F91"/>
    <w:rsid w:val="00897E0C"/>
    <w:rsid w:val="00A94F6E"/>
    <w:rsid w:val="00AA1D8D"/>
    <w:rsid w:val="00AE0098"/>
    <w:rsid w:val="00AF7A09"/>
    <w:rsid w:val="00B341E3"/>
    <w:rsid w:val="00B47730"/>
    <w:rsid w:val="00BA7DCB"/>
    <w:rsid w:val="00BB3274"/>
    <w:rsid w:val="00C060A9"/>
    <w:rsid w:val="00C20A0B"/>
    <w:rsid w:val="00CB0664"/>
    <w:rsid w:val="00E317C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781251"/>
  <w14:defaultImageDpi w14:val="300"/>
  <w15:docId w15:val="{26A56863-C082-49C6-9610-E2F577C5D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530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Trung Phan</cp:lastModifiedBy>
  <cp:revision>10</cp:revision>
  <dcterms:created xsi:type="dcterms:W3CDTF">2013-12-23T23:15:00Z</dcterms:created>
  <dcterms:modified xsi:type="dcterms:W3CDTF">2026-09-22T04:40:00Z</dcterms:modified>
  <cp:category/>
</cp:coreProperties>
</file>